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 השונות ואת השימוש בכל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מילת השאלה המתאימה למשפט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שאלות משלנו בעזרת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איזה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"מי" שואלת על אדם, "איפה" שואלת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נכון, זו בדיוק המשמעות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"איפה" שואלת על מיקום, "לאן" שואלת על כיוון 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שואלות על מקום, "היכן" פשוט גבוהה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האם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מילת שאלה לסוג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(תשובה על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(תשובה על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(תשובה על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(תשובה על 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(תשובה על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(תשובה על אופן הביצוע)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שאלות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מי המורה שלך לחינוך גופני?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מאיפה אתה מגיע?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של מי התיק הזה?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במילות שאלה מגוונות (לפחות 4), משפטים בעלי משמעות והיגיון, סימן שאלה בסוף כל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לזמן: מתי, למקום: איפה/היכן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איפה שואלת על מיקום קבוע, לאן שואלת על כיוון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הגיונית הכוללת בחירה מתוך כמה אפשרויות, למשל: איזה ספר אתה קורא?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שבו התלמידים שואלים זה את זה שאלות היכרות בעזרת מילות השאלה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ההבדל בין מילים דומות כמו איפה/לאן ולמה/מדוע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מילות השאלה: מי, מה, איפה, לאן, מתי, למה, כמה, איך, האם, מאיפה, איזה/איזו/אילו, עם מי, של מי, היכן וכיצד. כל מילת שאלה עוזרת לנו לקבל סוג אחר של תשובה.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___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___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___ הולכים אחרי הלימודים?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___ מתחיל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___ לא באת לבית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___ ילדים יש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___ הגעת הביתה אתמול?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___ ספר קראת, את הראשון או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"מי"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"כמה" שואלת על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"למה" ו"מדוע" שואלות שתיהן על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"לאן" ו"איפה" הן בדיוק אותה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"היכן" היא מילה גבוהה שמחליפה את "איפה"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שמו של החבר החדש שלך?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אתם נוסעים בחופש הגדול?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הספר הזה שוכב על השולחן?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הלכת לטיול, לבד או עם מישהו?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מגיעה הרכבת לתחנה?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אתה מרגיש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__________ אתה בא מעיר אחרת?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8. __________ יש לך שיעורי בית להיום?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מילת שאלה לסוג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תשובה על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תשובה על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תשובה על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תשובה על אופן הביצוע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תשובה על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איך?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תשובה על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שאלות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המתחילה במילה "מי" שתוכלו לשאול חבר חדש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עם "מאיפה" כדי להכיר מישהו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עם "של מי" על חפץ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פיסקה קצרה של 4-5 משפטים שבה אתם שואלים חבר או חברה חדשים שאלות היכרות, השתמשו בלפחות 4 מילות שאלה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מילות שאלה ששואלות על זמן ומקום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"איפה" ל"לאן"?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המילה "איזה"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